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F21B2C" w:rsidRDefault="00F21B2C" w14:paraId="56A0DB37" w14:textId="20FC8E42">
      <w:pPr>
        <w:spacing w:after="40"/>
        <w:rPr>
          <w:b/>
          <w:color w:val="E01E37"/>
          <w:sz w:val="20"/>
        </w:rPr>
      </w:pPr>
      <w:r w:rsidRPr="00F21B2C">
        <w:rPr>
          <w:b/>
          <w:noProof/>
          <w:color w:val="E01E37"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7377895" wp14:editId="2AC8E63B">
                <wp:simplePos x="0" y="0"/>
                <wp:positionH relativeFrom="column">
                  <wp:posOffset>4549429</wp:posOffset>
                </wp:positionH>
                <wp:positionV relativeFrom="paragraph">
                  <wp:posOffset>-488026</wp:posOffset>
                </wp:positionV>
                <wp:extent cx="1768924" cy="648866"/>
                <wp:effectExtent l="0" t="0" r="3175" b="0"/>
                <wp:wrapNone/>
                <wp:docPr id="16" name="Lo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8924" cy="64886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5869" h="1343272">
                              <a:moveTo>
                                <a:pt x="0" y="0"/>
                              </a:moveTo>
                              <a:lnTo>
                                <a:pt x="3515869" y="0"/>
                              </a:lnTo>
                              <a:lnTo>
                                <a:pt x="3515869" y="1343272"/>
                              </a:lnTo>
                              <a:lnTo>
                                <a:pt x="0" y="13432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1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Logo" style="position:absolute;margin-left:358.2pt;margin-top:-38.45pt;width:139.3pt;height:51.1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15869,1343272" o:spid="_x0000_s1026" stroked="f" path="m,l3515869,r,1343272l,1343272,,x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" w14:anchorId="679C178E">
                <v:fill type="frame" o:title="" recolor="t" rotate="t" r:id="rId12"/>
                <v:path arrowok="t"/>
              </v:shape>
            </w:pict>
          </mc:Fallback>
        </mc:AlternateContent>
      </w:r>
    </w:p>
    <w:p w:rsidR="00F21B2C" w:rsidRDefault="00F21B2C" w14:paraId="3F430C10" w14:textId="77777777">
      <w:pPr>
        <w:spacing w:after="40"/>
        <w:rPr>
          <w:b/>
          <w:color w:val="E01E37"/>
          <w:sz w:val="20"/>
        </w:rPr>
      </w:pPr>
    </w:p>
    <w:p w:rsidR="00BC3460" w:rsidP="2DEB4237" w:rsidRDefault="001920EC" w14:paraId="2415D784" w14:textId="3283866E">
      <w:pPr>
        <w:spacing w:after="40"/>
        <w:rPr>
          <w:b w:val="1"/>
          <w:bCs w:val="1"/>
          <w:color w:val="E01E37"/>
          <w:sz w:val="20"/>
          <w:szCs w:val="20"/>
        </w:rPr>
      </w:pPr>
      <w:r w:rsidRPr="2DEB4237" w:rsidR="03C36D93">
        <w:rPr>
          <w:b w:val="1"/>
          <w:bCs w:val="1"/>
          <w:color w:val="E01E37"/>
          <w:sz w:val="20"/>
          <w:szCs w:val="20"/>
        </w:rPr>
        <w:t>BONUS</w:t>
      </w:r>
    </w:p>
    <w:p w:rsidR="00BC3460" w:rsidRDefault="001920EC" w14:paraId="74F9AF3A" w14:textId="77777777">
      <w:pPr>
        <w:spacing w:after="80"/>
      </w:pPr>
      <w:r>
        <w:rPr>
          <w:b/>
          <w:sz w:val="54"/>
        </w:rPr>
        <w:t>Build Your First GPT in 10 Minutes</w:t>
      </w:r>
    </w:p>
    <w:p w:rsidR="00BC3460" w:rsidRDefault="00BC3460" w14:paraId="29C440D4" w14:textId="77777777">
      <w:pPr>
        <w:pBdr>
          <w:bottom w:val="single" w:color="E01E37" w:sz="18" w:space="2"/>
        </w:pBdr>
        <w:spacing w:after="160"/>
      </w:pPr>
    </w:p>
    <w:p w:rsidR="00BC3460" w:rsidRDefault="001920EC" w14:paraId="68F7C920" w14:textId="77777777">
      <w:r>
        <w:rPr>
          <w:color w:val="5B6470"/>
          <w:sz w:val="25"/>
        </w:rPr>
        <w:t>You don’t need to be technical. If you can paste text and upload a file, you can build an AI assistant. Here’s the whole process on one page, the same five steps on every platform.</w:t>
      </w:r>
    </w:p>
    <w:p w:rsidR="00BC3460" w:rsidRDefault="001920EC" w14:paraId="04EBAEBD" w14:textId="77777777">
      <w:pPr>
        <w:spacing w:after="160"/>
        <w:jc w:val="center"/>
      </w:pPr>
      <w:r>
        <w:rPr>
          <w:noProof/>
        </w:rPr>
        <w:drawing>
          <wp:inline distT="0" distB="0" distL="0" distR="0" wp14:anchorId="0FE4981C" wp14:editId="4FAC31CD">
            <wp:extent cx="6035040" cy="10650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_step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1065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460" w:rsidRDefault="001920EC" w14:paraId="609B4187" w14:textId="77777777">
      <w:pPr>
        <w:spacing w:before="280" w:after="60"/>
      </w:pPr>
      <w:r>
        <w:rPr>
          <w:b/>
          <w:sz w:val="32"/>
        </w:rPr>
        <w:t>The five steps, explained</w:t>
      </w:r>
    </w:p>
    <w:p w:rsidR="00BC3460" w:rsidRDefault="001920EC" w14:paraId="3F2DD313" w14:textId="77777777">
      <w:pPr>
        <w:pBdr>
          <w:left w:val="single" w:color="C8B98A" w:sz="18" w:space="8"/>
        </w:pBdr>
        <w:shd w:val="clear" w:color="auto" w:fill="F7F4EE"/>
        <w:spacing w:before="80" w:after="160"/>
        <w:ind w:left="160" w:right="160"/>
      </w:pPr>
      <w:r>
        <w:rPr>
          <w:b/>
        </w:rPr>
        <w:t xml:space="preserve">1. Create. </w:t>
      </w:r>
      <w:r>
        <w:t>Open your AI tool and start a new assistant (each platform calls it something different — see below).</w:t>
      </w:r>
    </w:p>
    <w:p w:rsidR="00BC3460" w:rsidRDefault="001920EC" w14:paraId="5C07637B" w14:textId="77777777">
      <w:pPr>
        <w:pBdr>
          <w:left w:val="single" w:color="C8B98A" w:sz="18" w:space="8"/>
        </w:pBdr>
        <w:shd w:val="clear" w:color="auto" w:fill="F7F4EE"/>
        <w:spacing w:before="80" w:after="160"/>
        <w:ind w:left="160" w:right="160"/>
      </w:pPr>
      <w:r>
        <w:rPr>
          <w:b/>
        </w:rPr>
        <w:t xml:space="preserve">2. Name it. </w:t>
      </w:r>
      <w:r>
        <w:t>Use the name from the toolkit, e.g., “Member Onboarding Journey GPT,” so your team can find it.</w:t>
      </w:r>
    </w:p>
    <w:p w:rsidR="00BC3460" w:rsidRDefault="001920EC" w14:paraId="22804EE3" w14:textId="77777777">
      <w:pPr>
        <w:pBdr>
          <w:left w:val="single" w:color="C8B98A" w:sz="18" w:space="8"/>
        </w:pBdr>
        <w:shd w:val="clear" w:color="auto" w:fill="F7F4EE"/>
        <w:spacing w:before="80" w:after="160"/>
        <w:ind w:left="160" w:right="160"/>
      </w:pPr>
      <w:r>
        <w:rPr>
          <w:b/>
        </w:rPr>
        <w:t xml:space="preserve">3. Paste the starter prompt. </w:t>
      </w:r>
      <w:r>
        <w:t>Copy the prompt from the guide into the instructions field. Add your association’s name.</w:t>
      </w:r>
    </w:p>
    <w:p w:rsidR="00BC3460" w:rsidRDefault="001920EC" w14:paraId="2F5F0ED7" w14:textId="77777777">
      <w:pPr>
        <w:pBdr>
          <w:left w:val="single" w:color="C8B98A" w:sz="18" w:space="8"/>
        </w:pBdr>
        <w:shd w:val="clear" w:color="auto" w:fill="F7F4EE"/>
        <w:spacing w:before="80" w:after="160"/>
        <w:ind w:left="160" w:right="160"/>
      </w:pPr>
      <w:r>
        <w:rPr>
          <w:b/>
        </w:rPr>
        <w:t xml:space="preserve">4. Add your knowledge. </w:t>
      </w:r>
      <w:r>
        <w:t>Upload one or two relevant files — your brand voice sheet, a strategic plan, past content. This is the step that makes it sound like you.</w:t>
      </w:r>
    </w:p>
    <w:p w:rsidR="00BC3460" w:rsidRDefault="001920EC" w14:paraId="6CC926AB" w14:textId="77777777">
      <w:pPr>
        <w:pBdr>
          <w:left w:val="single" w:color="C8B98A" w:sz="18" w:space="8"/>
        </w:pBdr>
        <w:shd w:val="clear" w:color="auto" w:fill="F7F4EE"/>
        <w:spacing w:before="80" w:after="160"/>
        <w:ind w:left="160" w:right="160"/>
      </w:pPr>
      <w:r>
        <w:rPr>
          <w:b/>
        </w:rPr>
        <w:t xml:space="preserve">5. Test and refine. </w:t>
      </w:r>
      <w:r>
        <w:t>Run a real task. Where it misses, tighten the instructions and save. Done.</w:t>
      </w:r>
    </w:p>
    <w:p w:rsidR="00904436" w:rsidRDefault="00904436" w14:paraId="43FA32DF" w14:textId="77777777">
      <w:pPr>
        <w:spacing w:after="200" w:line="276" w:lineRule="auto"/>
        <w:rPr>
          <w:b/>
          <w:sz w:val="32"/>
        </w:rPr>
      </w:pPr>
      <w:r>
        <w:rPr>
          <w:b/>
          <w:sz w:val="32"/>
        </w:rPr>
        <w:br w:type="page"/>
      </w:r>
    </w:p>
    <w:p w:rsidR="00BC3460" w:rsidRDefault="001920EC" w14:paraId="7BDD62C8" w14:textId="1329C1BD">
      <w:pPr>
        <w:spacing w:before="280" w:after="60"/>
      </w:pPr>
      <w:r>
        <w:rPr>
          <w:b/>
          <w:sz w:val="32"/>
        </w:rPr>
        <w:lastRenderedPageBreak/>
        <w:t>Where each step lives, by platform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82"/>
        <w:gridCol w:w="2918"/>
        <w:gridCol w:w="2568"/>
        <w:gridCol w:w="2952"/>
      </w:tblGrid>
      <w:tr w:rsidR="00BC3460" w14:paraId="20795DB8" w14:textId="77777777">
        <w:trPr>
          <w:jc w:val="center"/>
        </w:trPr>
        <w:tc>
          <w:tcPr>
            <w:tcW w:w="1296" w:type="dxa"/>
          </w:tcPr>
          <w:p w:rsidR="00BC3460" w:rsidRDefault="001920EC" w14:paraId="77238BD0" w14:textId="77777777">
            <w:pPr>
              <w:shd w:val="clear" w:color="auto" w:fill="1C2535"/>
            </w:pPr>
            <w:r>
              <w:rPr>
                <w:b/>
                <w:color w:val="FFFFFF"/>
                <w:sz w:val="21"/>
              </w:rPr>
              <w:t>Step</w:t>
            </w:r>
          </w:p>
        </w:tc>
        <w:tc>
          <w:tcPr>
            <w:tcW w:w="3312" w:type="dxa"/>
          </w:tcPr>
          <w:p w:rsidR="00BC3460" w:rsidRDefault="001920EC" w14:paraId="29B79FD4" w14:textId="77777777">
            <w:pPr>
              <w:shd w:val="clear" w:color="auto" w:fill="1C2535"/>
            </w:pPr>
            <w:r>
              <w:rPr>
                <w:b/>
                <w:color w:val="FFFFFF"/>
                <w:sz w:val="21"/>
              </w:rPr>
              <w:t>ChatGPT (Custom GPT)</w:t>
            </w:r>
          </w:p>
        </w:tc>
        <w:tc>
          <w:tcPr>
            <w:tcW w:w="2880" w:type="dxa"/>
          </w:tcPr>
          <w:p w:rsidR="00BC3460" w:rsidRDefault="001920EC" w14:paraId="047B45D6" w14:textId="77777777">
            <w:pPr>
              <w:shd w:val="clear" w:color="auto" w:fill="1C2535"/>
            </w:pPr>
            <w:r>
              <w:rPr>
                <w:b/>
                <w:color w:val="FFFFFF"/>
                <w:sz w:val="21"/>
              </w:rPr>
              <w:t>Claude (Project)</w:t>
            </w:r>
          </w:p>
        </w:tc>
        <w:tc>
          <w:tcPr>
            <w:tcW w:w="3312" w:type="dxa"/>
          </w:tcPr>
          <w:p w:rsidR="00BC3460" w:rsidRDefault="001920EC" w14:paraId="0832D09A" w14:textId="77777777">
            <w:pPr>
              <w:shd w:val="clear" w:color="auto" w:fill="1C2535"/>
            </w:pPr>
            <w:r>
              <w:rPr>
                <w:b/>
                <w:color w:val="FFFFFF"/>
                <w:sz w:val="21"/>
              </w:rPr>
              <w:t>Microsoft Copilot (Agent)</w:t>
            </w:r>
          </w:p>
        </w:tc>
      </w:tr>
      <w:tr w:rsidR="00BC3460" w14:paraId="112471F8" w14:textId="77777777">
        <w:trPr>
          <w:jc w:val="center"/>
        </w:trPr>
        <w:tc>
          <w:tcPr>
            <w:tcW w:w="1296" w:type="dxa"/>
          </w:tcPr>
          <w:p w:rsidR="00BC3460" w:rsidRDefault="001920EC" w14:paraId="6B0D110A" w14:textId="77777777">
            <w:r>
              <w:rPr>
                <w:sz w:val="21"/>
              </w:rPr>
              <w:t>Create</w:t>
            </w:r>
          </w:p>
        </w:tc>
        <w:tc>
          <w:tcPr>
            <w:tcW w:w="3312" w:type="dxa"/>
          </w:tcPr>
          <w:p w:rsidR="00BC3460" w:rsidRDefault="001920EC" w14:paraId="6F53AB7C" w14:textId="77777777">
            <w:r>
              <w:rPr>
                <w:sz w:val="21"/>
              </w:rPr>
              <w:t>Sidebar → Explore GPTs → Create</w:t>
            </w:r>
          </w:p>
        </w:tc>
        <w:tc>
          <w:tcPr>
            <w:tcW w:w="2880" w:type="dxa"/>
          </w:tcPr>
          <w:p w:rsidR="00BC3460" w:rsidRDefault="001920EC" w14:paraId="77E6A1D0" w14:textId="77777777">
            <w:r>
              <w:rPr>
                <w:sz w:val="21"/>
              </w:rPr>
              <w:t>Projects → New project</w:t>
            </w:r>
          </w:p>
        </w:tc>
        <w:tc>
          <w:tcPr>
            <w:tcW w:w="3312" w:type="dxa"/>
          </w:tcPr>
          <w:p w:rsidR="00BC3460" w:rsidRDefault="001920EC" w14:paraId="65DAACCF" w14:textId="77777777">
            <w:r>
              <w:rPr>
                <w:sz w:val="21"/>
              </w:rPr>
              <w:t>Copilot app → Agents → New agent</w:t>
            </w:r>
          </w:p>
        </w:tc>
      </w:tr>
      <w:tr w:rsidR="00BC3460" w14:paraId="63E78EA2" w14:textId="77777777">
        <w:trPr>
          <w:jc w:val="center"/>
        </w:trPr>
        <w:tc>
          <w:tcPr>
            <w:tcW w:w="1296" w:type="dxa"/>
          </w:tcPr>
          <w:p w:rsidR="00BC3460" w:rsidRDefault="001920EC" w14:paraId="3E34F8BB" w14:textId="77777777">
            <w:pPr>
              <w:shd w:val="clear" w:color="auto" w:fill="F7F4EE"/>
            </w:pPr>
            <w:r>
              <w:rPr>
                <w:sz w:val="21"/>
              </w:rPr>
              <w:t>Name it</w:t>
            </w:r>
          </w:p>
        </w:tc>
        <w:tc>
          <w:tcPr>
            <w:tcW w:w="3312" w:type="dxa"/>
          </w:tcPr>
          <w:p w:rsidR="00BC3460" w:rsidRDefault="001920EC" w14:paraId="1136FC46" w14:textId="77777777">
            <w:pPr>
              <w:shd w:val="clear" w:color="auto" w:fill="F7F4EE"/>
            </w:pPr>
            <w:r>
              <w:rPr>
                <w:sz w:val="21"/>
              </w:rPr>
              <w:t>In the Configure tab</w:t>
            </w:r>
          </w:p>
        </w:tc>
        <w:tc>
          <w:tcPr>
            <w:tcW w:w="2880" w:type="dxa"/>
          </w:tcPr>
          <w:p w:rsidR="00BC3460" w:rsidRDefault="001920EC" w14:paraId="0578B0D9" w14:textId="77777777">
            <w:pPr>
              <w:shd w:val="clear" w:color="auto" w:fill="F7F4EE"/>
            </w:pPr>
            <w:r>
              <w:rPr>
                <w:sz w:val="21"/>
              </w:rPr>
              <w:t>Name the project</w:t>
            </w:r>
          </w:p>
        </w:tc>
        <w:tc>
          <w:tcPr>
            <w:tcW w:w="3312" w:type="dxa"/>
          </w:tcPr>
          <w:p w:rsidR="00BC3460" w:rsidRDefault="001920EC" w14:paraId="022516C7" w14:textId="77777777">
            <w:pPr>
              <w:shd w:val="clear" w:color="auto" w:fill="F7F4EE"/>
            </w:pPr>
            <w:r>
              <w:rPr>
                <w:sz w:val="21"/>
              </w:rPr>
              <w:t>Add a name &amp; description</w:t>
            </w:r>
          </w:p>
        </w:tc>
      </w:tr>
      <w:tr w:rsidR="00BC3460" w14:paraId="6ACBB210" w14:textId="77777777">
        <w:trPr>
          <w:jc w:val="center"/>
        </w:trPr>
        <w:tc>
          <w:tcPr>
            <w:tcW w:w="1296" w:type="dxa"/>
          </w:tcPr>
          <w:p w:rsidR="00BC3460" w:rsidRDefault="001920EC" w14:paraId="4557BB7D" w14:textId="77777777">
            <w:r>
              <w:rPr>
                <w:sz w:val="21"/>
              </w:rPr>
              <w:t>Paste prompt</w:t>
            </w:r>
          </w:p>
        </w:tc>
        <w:tc>
          <w:tcPr>
            <w:tcW w:w="3312" w:type="dxa"/>
          </w:tcPr>
          <w:p w:rsidR="00BC3460" w:rsidRDefault="001920EC" w14:paraId="51C084B3" w14:textId="77777777">
            <w:r>
              <w:rPr>
                <w:sz w:val="21"/>
              </w:rPr>
              <w:t>Into Instructions</w:t>
            </w:r>
          </w:p>
        </w:tc>
        <w:tc>
          <w:tcPr>
            <w:tcW w:w="2880" w:type="dxa"/>
          </w:tcPr>
          <w:p w:rsidR="00BC3460" w:rsidRDefault="001920EC" w14:paraId="61AF9C25" w14:textId="77777777">
            <w:r>
              <w:rPr>
                <w:sz w:val="21"/>
              </w:rPr>
              <w:t>Into Project instructions</w:t>
            </w:r>
          </w:p>
        </w:tc>
        <w:tc>
          <w:tcPr>
            <w:tcW w:w="3312" w:type="dxa"/>
          </w:tcPr>
          <w:p w:rsidR="00BC3460" w:rsidRDefault="001920EC" w14:paraId="29061E78" w14:textId="77777777">
            <w:r>
              <w:rPr>
                <w:sz w:val="21"/>
              </w:rPr>
              <w:t>Into Instructions</w:t>
            </w:r>
          </w:p>
        </w:tc>
      </w:tr>
      <w:tr w:rsidR="00BC3460" w14:paraId="176DA3AB" w14:textId="77777777">
        <w:trPr>
          <w:jc w:val="center"/>
        </w:trPr>
        <w:tc>
          <w:tcPr>
            <w:tcW w:w="1296" w:type="dxa"/>
          </w:tcPr>
          <w:p w:rsidR="00BC3460" w:rsidRDefault="001920EC" w14:paraId="237B132A" w14:textId="77777777">
            <w:pPr>
              <w:shd w:val="clear" w:color="auto" w:fill="F7F4EE"/>
            </w:pPr>
            <w:r>
              <w:rPr>
                <w:sz w:val="21"/>
              </w:rPr>
              <w:t>Add knowledge</w:t>
            </w:r>
          </w:p>
        </w:tc>
        <w:tc>
          <w:tcPr>
            <w:tcW w:w="3312" w:type="dxa"/>
          </w:tcPr>
          <w:p w:rsidR="00BC3460" w:rsidRDefault="001920EC" w14:paraId="439AF5C5" w14:textId="77777777">
            <w:pPr>
              <w:shd w:val="clear" w:color="auto" w:fill="F7F4EE"/>
            </w:pPr>
            <w:r>
              <w:rPr>
                <w:sz w:val="21"/>
              </w:rPr>
              <w:t>Upload under Knowledge</w:t>
            </w:r>
          </w:p>
        </w:tc>
        <w:tc>
          <w:tcPr>
            <w:tcW w:w="2880" w:type="dxa"/>
          </w:tcPr>
          <w:p w:rsidR="00BC3460" w:rsidRDefault="001920EC" w14:paraId="2AD3534B" w14:textId="77777777">
            <w:pPr>
              <w:shd w:val="clear" w:color="auto" w:fill="F7F4EE"/>
            </w:pPr>
            <w:r>
              <w:rPr>
                <w:sz w:val="21"/>
              </w:rPr>
              <w:t>Upload files to the project</w:t>
            </w:r>
          </w:p>
        </w:tc>
        <w:tc>
          <w:tcPr>
            <w:tcW w:w="3312" w:type="dxa"/>
          </w:tcPr>
          <w:p w:rsidR="00BC3460" w:rsidRDefault="001920EC" w14:paraId="082F3E17" w14:textId="77777777">
            <w:pPr>
              <w:shd w:val="clear" w:color="auto" w:fill="F7F4EE"/>
            </w:pPr>
            <w:r>
              <w:rPr>
                <w:sz w:val="21"/>
              </w:rPr>
              <w:t>Add files under Knowledge</w:t>
            </w:r>
          </w:p>
        </w:tc>
      </w:tr>
      <w:tr w:rsidR="00BC3460" w14:paraId="244FF865" w14:textId="77777777">
        <w:trPr>
          <w:jc w:val="center"/>
        </w:trPr>
        <w:tc>
          <w:tcPr>
            <w:tcW w:w="1296" w:type="dxa"/>
          </w:tcPr>
          <w:p w:rsidR="00BC3460" w:rsidRDefault="001920EC" w14:paraId="642C8A25" w14:textId="77777777">
            <w:r>
              <w:rPr>
                <w:sz w:val="21"/>
              </w:rPr>
              <w:t>Use it</w:t>
            </w:r>
          </w:p>
        </w:tc>
        <w:tc>
          <w:tcPr>
            <w:tcW w:w="3312" w:type="dxa"/>
          </w:tcPr>
          <w:p w:rsidR="00BC3460" w:rsidRDefault="001920EC" w14:paraId="1BBCA208" w14:textId="77777777">
            <w:r>
              <w:rPr>
                <w:sz w:val="21"/>
              </w:rPr>
              <w:t>Set visibility → Create</w:t>
            </w:r>
          </w:p>
        </w:tc>
        <w:tc>
          <w:tcPr>
            <w:tcW w:w="2880" w:type="dxa"/>
          </w:tcPr>
          <w:p w:rsidR="00BC3460" w:rsidRDefault="001920EC" w14:paraId="2EA0D8A9" w14:textId="77777777">
            <w:r>
              <w:rPr>
                <w:sz w:val="21"/>
              </w:rPr>
              <w:t>Start a chat in the project</w:t>
            </w:r>
          </w:p>
        </w:tc>
        <w:tc>
          <w:tcPr>
            <w:tcW w:w="3312" w:type="dxa"/>
          </w:tcPr>
          <w:p w:rsidR="00BC3460" w:rsidRDefault="001920EC" w14:paraId="6BA4975F" w14:textId="77777777">
            <w:r>
              <w:rPr>
                <w:sz w:val="21"/>
              </w:rPr>
              <w:t>Test, then publish/share</w:t>
            </w:r>
          </w:p>
        </w:tc>
      </w:tr>
    </w:tbl>
    <w:p w:rsidR="00BC3460" w:rsidRDefault="001920EC" w14:paraId="2AF90F49" w14:textId="77777777">
      <w:r>
        <w:rPr>
          <w:sz w:val="21"/>
        </w:rPr>
        <w:t>Note: saving an assistant for your whole team to reuse generally needs a paid plan (ChatGPT Plus/Team, Claude Pro/Team, or a Microsoft 365 Copilot license). You can paste any starter prompt into a free chat to use it on the spot.</w:t>
      </w:r>
    </w:p>
    <w:p w:rsidR="00BC3460" w:rsidRDefault="001920EC" w14:paraId="2FCC4022" w14:textId="77777777">
      <w:pPr>
        <w:pBdr>
          <w:left w:val="single" w:color="C8B98A" w:sz="18" w:space="8"/>
        </w:pBdr>
        <w:shd w:val="clear" w:color="auto" w:fill="F7F4EE"/>
        <w:spacing w:before="80" w:after="160"/>
        <w:ind w:left="160" w:right="160"/>
      </w:pPr>
      <w:r>
        <w:rPr>
          <w:b/>
        </w:rPr>
        <w:t xml:space="preserve">Stuck on your first one? </w:t>
      </w:r>
      <w:r>
        <w:t>Pick the simplest assistant that solves a real headache, give it one knowledge file, and run three real tasks through it. Momentum beats perfection.</w:t>
      </w:r>
    </w:p>
    <w:p w:rsidR="00BC3460" w:rsidRDefault="00BC3460" w14:paraId="49C51F4F" w14:textId="77777777">
      <w:pPr>
        <w:pBdr>
          <w:bottom w:val="single" w:color="1C2535" w:sz="12" w:space="2"/>
        </w:pBdr>
        <w:spacing w:before="240"/>
      </w:pPr>
    </w:p>
    <w:p w:rsidR="00BC3460" w:rsidRDefault="001920EC" w14:paraId="2A4EF410" w14:textId="77777777">
      <w:pPr>
        <w:spacing w:after="0"/>
      </w:pPr>
      <w:r>
        <w:rPr>
          <w:b/>
          <w:sz w:val="20"/>
        </w:rPr>
        <w:t>Sherry Budziak, CEO · .orgSource</w:t>
      </w:r>
    </w:p>
    <w:p w:rsidR="00BC3460" w:rsidRDefault="001920EC" w14:paraId="31F5E5E7" w14:textId="77777777">
      <w:pPr>
        <w:spacing w:after="0"/>
      </w:pPr>
      <w:r>
        <w:rPr>
          <w:color w:val="5B6470"/>
          <w:sz w:val="20"/>
        </w:rPr>
        <w:t>847.275.1840  |  sherry@orgsource.com  |  www.orgsource.com</w:t>
      </w:r>
    </w:p>
    <w:p w:rsidR="00904436" w:rsidRDefault="00904436" w14:paraId="410E187F" w14:textId="77777777">
      <w:pPr>
        <w:rPr>
          <w:i/>
          <w:color w:val="5B6470"/>
          <w:sz w:val="18"/>
        </w:rPr>
      </w:pPr>
    </w:p>
    <w:p w:rsidR="00BC3460" w:rsidRDefault="001920EC" w14:paraId="41818B76" w14:textId="10D11B39">
      <w:r>
        <w:rPr>
          <w:i/>
          <w:color w:val="5B6470"/>
          <w:sz w:val="18"/>
        </w:rPr>
        <w:t>Copyright © 2026 .orgSource. All rights reserved. Licensed for the purchaser’s organizational use.</w:t>
      </w:r>
    </w:p>
    <w:sectPr w:rsidR="00BC3460" w:rsidSect="0003461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orient="portrait"/>
      <w:pgMar w:top="1224" w:right="1368" w:bottom="1224" w:left="13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702C" w:rsidRDefault="00AF702C" w14:paraId="3A28E9C4" w14:textId="77777777">
      <w:pPr>
        <w:spacing w:after="0" w:line="240" w:lineRule="auto"/>
      </w:pPr>
    </w:p>
  </w:endnote>
  <w:endnote w:type="continuationSeparator" w:id="0">
    <w:p w:rsidR="00AF702C" w:rsidRDefault="00AF702C" w14:paraId="70671B8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436" w:rsidRDefault="00904436" w14:paraId="6D79721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436" w:rsidRDefault="00904436" w14:paraId="7D1E9D6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436" w:rsidRDefault="00904436" w14:paraId="352AE75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702C" w:rsidRDefault="00AF702C" w14:paraId="1BEFA214" w14:textId="77777777">
      <w:pPr>
        <w:spacing w:after="0" w:line="240" w:lineRule="auto"/>
      </w:pPr>
    </w:p>
  </w:footnote>
  <w:footnote w:type="continuationSeparator" w:id="0">
    <w:p w:rsidR="00AF702C" w:rsidRDefault="00AF702C" w14:paraId="7BF227B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436" w:rsidRDefault="00904436" w14:paraId="62A3874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436" w:rsidRDefault="00904436" w14:paraId="5DE55D7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436" w:rsidRDefault="00904436" w14:paraId="0E9035B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168446735">
    <w:abstractNumId w:val="8"/>
  </w:num>
  <w:num w:numId="2" w16cid:durableId="66928456">
    <w:abstractNumId w:val="6"/>
  </w:num>
  <w:num w:numId="3" w16cid:durableId="1241602442">
    <w:abstractNumId w:val="5"/>
  </w:num>
  <w:num w:numId="4" w16cid:durableId="2116317562">
    <w:abstractNumId w:val="4"/>
  </w:num>
  <w:num w:numId="5" w16cid:durableId="873663477">
    <w:abstractNumId w:val="7"/>
  </w:num>
  <w:num w:numId="6" w16cid:durableId="286089899">
    <w:abstractNumId w:val="3"/>
  </w:num>
  <w:num w:numId="7" w16cid:durableId="552541973">
    <w:abstractNumId w:val="2"/>
  </w:num>
  <w:num w:numId="8" w16cid:durableId="10036130">
    <w:abstractNumId w:val="1"/>
  </w:num>
  <w:num w:numId="9" w16cid:durableId="478884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20EC"/>
    <w:rsid w:val="001F7073"/>
    <w:rsid w:val="0029639D"/>
    <w:rsid w:val="00326F90"/>
    <w:rsid w:val="003D5746"/>
    <w:rsid w:val="00904436"/>
    <w:rsid w:val="009C7588"/>
    <w:rsid w:val="00AA1D8D"/>
    <w:rsid w:val="00AF702C"/>
    <w:rsid w:val="00B47730"/>
    <w:rsid w:val="00BC3460"/>
    <w:rsid w:val="00CB0664"/>
    <w:rsid w:val="00DA332B"/>
    <w:rsid w:val="00EF6D61"/>
    <w:rsid w:val="00F21B2C"/>
    <w:rsid w:val="00FC693F"/>
    <w:rsid w:val="03C36D93"/>
    <w:rsid w:val="2DEB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889B7A"/>
  <w14:defaultImageDpi w14:val="300"/>
  <w15:docId w15:val="{03ADED69-0238-44E8-8A1D-D84D55C9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spacing w:after="140" w:line="300" w:lineRule="auto"/>
    </w:pPr>
    <w:rPr>
      <w:rFonts w:ascii="Arial" w:hAnsi="Arial"/>
      <w:color w:val="1C2535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133BC5A-54EE-4BA0-883C-81CD67350B42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38061e12-aff0-416f-bfb9-f0bdb6e95092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79BB5033DFC42AB0313AF660D872A" ma:contentTypeVersion="19" ma:contentTypeDescription="Create a new document." ma:contentTypeScope="" ma:versionID="4b987f958bec08603a22d2ea05a85325">
  <xsd:schema xmlns:xsd="http://www.w3.org/2001/XMLSchema" xmlns:xs="http://www.w3.org/2001/XMLSchema" xmlns:p="http://schemas.microsoft.com/office/2006/metadata/properties" xmlns:ns2="f63460e5-dbd5-4429-ad73-49d4d840bab4" xmlns:ns3="54565ba1-7c97-438d-80fa-0e020a9740cc" targetNamespace="http://schemas.microsoft.com/office/2006/metadata/properties" ma:root="true" ma:fieldsID="ae54318683ea6bd9acba49b757ae1bc6" ns2:_="" ns3:_="">
    <xsd:import namespace="f63460e5-dbd5-4429-ad73-49d4d840bab4"/>
    <xsd:import namespace="54565ba1-7c97-438d-80fa-0e020a974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460e5-dbd5-4429-ad73-49d4d840ba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a98c85c-64b9-4b4f-8097-76d8f34f0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65ba1-7c97-438d-80fa-0e020a9740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d34413-c7fe-4878-8fed-d47c3df9950d}" ma:internalName="TaxCatchAll" ma:showField="CatchAllData" ma:web="54565ba1-7c97-438d-80fa-0e020a974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3460e5-dbd5-4429-ad73-49d4d840bab4">
      <Terms xmlns="http://schemas.microsoft.com/office/infopath/2007/PartnerControls"/>
    </lcf76f155ced4ddcb4097134ff3c332f>
    <TaxCatchAll xmlns="54565ba1-7c97-438d-80fa-0e020a9740cc" xsi:nil="true"/>
  </documentManagement>
</p:properties>
</file>

<file path=customXml/itemProps1.xml><?xml version="1.0" encoding="utf-8"?>
<ds:datastoreItem xmlns:ds="http://schemas.openxmlformats.org/officeDocument/2006/customXml" ds:itemID="{D3C98E92-F546-49A8-B81B-19F11D655D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5F5BE8-A063-4FF2-B321-A2A043FF8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460e5-dbd5-4429-ad73-49d4d840bab4"/>
    <ds:schemaRef ds:uri="54565ba1-7c97-438d-80fa-0e020a974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5A4B56-7254-4647-9FC2-9FB0A9B9A2D4}">
  <ds:schemaRefs>
    <ds:schemaRef ds:uri="http://schemas.microsoft.com/office/2006/metadata/properties"/>
    <ds:schemaRef ds:uri="http://schemas.microsoft.com/office/infopath/2007/PartnerControls"/>
    <ds:schemaRef ds:uri="f63460e5-dbd5-4429-ad73-49d4d840bab4"/>
    <ds:schemaRef ds:uri="54565ba1-7c97-438d-80fa-0e020a9740c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Dawnmarie Zimmerman</lastModifiedBy>
  <revision>4</revision>
  <lastPrinted>2026-07-01T00:48:00.0000000Z</lastPrinted>
  <dcterms:created xsi:type="dcterms:W3CDTF">2026-07-01T01:01:00.0000000Z</dcterms:created>
  <dcterms:modified xsi:type="dcterms:W3CDTF">2026-08-06T19:52:22.8112165Z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0x010100A3279BB5033DFC42AB0313AF660D872A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